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97DA" w14:textId="2FE751CB" w:rsidR="00994FA2" w:rsidRDefault="00D2361E">
      <w:pPr>
        <w:pStyle w:val="Heading1"/>
      </w:pPr>
      <w:r>
        <w:t xml:space="preserve">                                  </w:t>
      </w:r>
      <w:r w:rsidR="00D10251">
        <w:t xml:space="preserve">             </w:t>
      </w:r>
      <w:r>
        <w:t xml:space="preserve"> CURRICULUM VITAE</w:t>
      </w:r>
    </w:p>
    <w:p w14:paraId="03D5C496" w14:textId="77777777" w:rsidR="00D94EC0" w:rsidRDefault="00D94EC0">
      <w:pPr>
        <w:pStyle w:val="Heading2"/>
        <w:rPr>
          <w:rFonts w:ascii="Arial Rounded MT Bold" w:hAnsi="Arial Rounded MT Bold"/>
          <w:sz w:val="32"/>
          <w:szCs w:val="32"/>
          <w:u w:val="single"/>
        </w:rPr>
      </w:pPr>
    </w:p>
    <w:p w14:paraId="0CBD7A1D" w14:textId="53086349" w:rsidR="00994FA2" w:rsidRPr="00D94EC0" w:rsidRDefault="00000000">
      <w:pPr>
        <w:pStyle w:val="Heading2"/>
        <w:rPr>
          <w:rFonts w:ascii="Arial Rounded MT Bold" w:hAnsi="Arial Rounded MT Bold"/>
          <w:sz w:val="32"/>
          <w:szCs w:val="32"/>
          <w:u w:val="single"/>
        </w:rPr>
      </w:pPr>
      <w:r w:rsidRPr="00D94EC0">
        <w:rPr>
          <w:rFonts w:ascii="Arial Rounded MT Bold" w:hAnsi="Arial Rounded MT Bold"/>
          <w:sz w:val="32"/>
          <w:szCs w:val="32"/>
          <w:u w:val="single"/>
        </w:rPr>
        <w:t>SUDIP PAUDEL</w:t>
      </w:r>
    </w:p>
    <w:p w14:paraId="5C025DEF" w14:textId="4DB3221A" w:rsidR="00994FA2" w:rsidRDefault="00D94EC0">
      <w:proofErr w:type="spellStart"/>
      <w:r>
        <w:t>Bharatpur</w:t>
      </w:r>
      <w:proofErr w:type="spellEnd"/>
      <w:r>
        <w:t xml:space="preserve"> 10, Chitwan, Nepal</w:t>
      </w:r>
      <w:r>
        <w:br/>
        <w:t>Zip Code: 44200</w:t>
      </w:r>
      <w:r>
        <w:br/>
        <w:t>Phone: +977 9845213480</w:t>
      </w:r>
      <w:r>
        <w:br/>
        <w:t>Email: mr.spaudel11@gmail.com</w:t>
      </w:r>
      <w:r>
        <w:br/>
      </w:r>
    </w:p>
    <w:p w14:paraId="539C4CA2" w14:textId="77777777" w:rsidR="00D94EC0" w:rsidRDefault="00D94EC0"/>
    <w:p w14:paraId="61DA8AE4" w14:textId="77777777" w:rsidR="00994FA2" w:rsidRDefault="00000000">
      <w:pPr>
        <w:pStyle w:val="Heading2"/>
        <w:pBdr>
          <w:bottom w:val="single" w:sz="6" w:space="1" w:color="auto"/>
        </w:pBdr>
      </w:pPr>
      <w:r>
        <w:t>PROFESSIONAL SUMMARY</w:t>
      </w:r>
    </w:p>
    <w:p w14:paraId="69997162" w14:textId="77777777" w:rsidR="00D94EC0" w:rsidRPr="00D94EC0" w:rsidRDefault="00D94EC0" w:rsidP="00D94EC0"/>
    <w:p w14:paraId="180F2A57" w14:textId="26C679A6" w:rsidR="00994FA2" w:rsidRDefault="00000000">
      <w:r>
        <w:t>Dedicated and hardworking Electrical Foreman / Electrical Technician with four years of practical experience in electrical installation, maintenance, and troubleshooting. During the COVID-19 pandemic, I independently learned Arduino programming and completed projects using Arduino Uno, Arduino Mega, and NodeMCU. I have also been learning graphic design for the past year.</w:t>
      </w:r>
    </w:p>
    <w:p w14:paraId="144C600D" w14:textId="77777777" w:rsidR="00D2361E" w:rsidRDefault="00D2361E"/>
    <w:p w14:paraId="18D81975" w14:textId="77777777" w:rsidR="00994FA2" w:rsidRDefault="00000000">
      <w:pPr>
        <w:pStyle w:val="Heading2"/>
        <w:pBdr>
          <w:bottom w:val="single" w:sz="6" w:space="1" w:color="auto"/>
        </w:pBdr>
      </w:pPr>
      <w:r>
        <w:t>EDUCATION</w:t>
      </w:r>
    </w:p>
    <w:p w14:paraId="12E90539" w14:textId="77777777" w:rsidR="00D2361E" w:rsidRDefault="00D2361E" w:rsidP="00D2361E">
      <w:pPr>
        <w:spacing w:after="0"/>
      </w:pPr>
      <w:r>
        <w:t>Pre-Diploma in Electrical Engineering (CTVET)</w:t>
      </w:r>
    </w:p>
    <w:p w14:paraId="35556CC7" w14:textId="27359898" w:rsidR="00994FA2" w:rsidRDefault="00D94EC0" w:rsidP="00D2361E">
      <w:pPr>
        <w:spacing w:after="0"/>
      </w:pPr>
      <w:r>
        <w:rPr>
          <w:rFonts w:ascii="Century" w:hAnsi="Century"/>
        </w:rPr>
        <w:t>-</w:t>
      </w:r>
      <w:r w:rsidRPr="00D2361E">
        <w:rPr>
          <w:rFonts w:ascii="Century" w:hAnsi="Century"/>
        </w:rPr>
        <w:t xml:space="preserve">Orbit Technical Institute, </w:t>
      </w:r>
      <w:proofErr w:type="spellStart"/>
      <w:r w:rsidRPr="00D2361E">
        <w:rPr>
          <w:rFonts w:ascii="Century" w:hAnsi="Century"/>
        </w:rPr>
        <w:t>Bharatpur</w:t>
      </w:r>
      <w:proofErr w:type="spellEnd"/>
      <w:r w:rsidRPr="00D2361E">
        <w:rPr>
          <w:rFonts w:ascii="Century" w:hAnsi="Century"/>
        </w:rPr>
        <w:t>, Chitwan</w:t>
      </w:r>
      <w:r>
        <w:br/>
      </w:r>
      <w:r>
        <w:br/>
      </w:r>
      <w:r w:rsidR="00D2361E">
        <w:t xml:space="preserve">                                                                                                                                        </w:t>
      </w:r>
      <w:r>
        <w:t>Completed: 2023</w:t>
      </w:r>
    </w:p>
    <w:p w14:paraId="293AEEE1" w14:textId="77777777" w:rsidR="00994FA2" w:rsidRDefault="00000000">
      <w:pPr>
        <w:pStyle w:val="Heading2"/>
        <w:pBdr>
          <w:bottom w:val="single" w:sz="6" w:space="1" w:color="auto"/>
        </w:pBdr>
      </w:pPr>
      <w:r>
        <w:t>PROFESSIONAL EXPERIENCE</w:t>
      </w:r>
    </w:p>
    <w:p w14:paraId="54EAE662" w14:textId="4E2BB70A" w:rsidR="00994FA2" w:rsidRDefault="00000000">
      <w:r>
        <w:t>Electrical Foreman / Electrical Technician</w:t>
      </w:r>
      <w:r>
        <w:br/>
      </w:r>
      <w:r w:rsidR="00D94EC0">
        <w:t>-</w:t>
      </w:r>
      <w:r>
        <w:t>Matribhumi Nepal Engineering Solution &amp; Services Pvt. Ltd.</w:t>
      </w:r>
      <w:r>
        <w:br/>
      </w:r>
      <w:r w:rsidR="00D2361E">
        <w:t xml:space="preserve">                                                                                                                                                  </w:t>
      </w:r>
      <w:r>
        <w:t>2021–2025</w:t>
      </w:r>
      <w:r>
        <w:br/>
      </w:r>
      <w:r>
        <w:br/>
        <w:t>Project Sites:</w:t>
      </w:r>
      <w:r>
        <w:br/>
        <w:t>• The Soaltee Westend Resort, Patihani, Chitwan</w:t>
      </w:r>
      <w:r>
        <w:br/>
        <w:t>• Riverbank Resort, Jugedi, Chitwan</w:t>
      </w:r>
      <w:r>
        <w:br/>
        <w:t xml:space="preserve">• Galaxy Garden Resort, </w:t>
      </w:r>
      <w:proofErr w:type="spellStart"/>
      <w:r>
        <w:t>Yagyapuri</w:t>
      </w:r>
      <w:proofErr w:type="spellEnd"/>
      <w:r>
        <w:t>, Chitwan</w:t>
      </w:r>
    </w:p>
    <w:p w14:paraId="529523BA" w14:textId="77777777" w:rsidR="00994FA2" w:rsidRDefault="00000000">
      <w:pPr>
        <w:pStyle w:val="Heading2"/>
        <w:pBdr>
          <w:bottom w:val="single" w:sz="12" w:space="1" w:color="auto"/>
        </w:pBdr>
        <w:rPr>
          <w:rFonts w:ascii="Berlin Sans FB Demi" w:hAnsi="Berlin Sans FB Demi" w:cstheme="majorHAnsi"/>
          <w:b w:val="0"/>
          <w:bCs w:val="0"/>
          <w:sz w:val="32"/>
          <w:szCs w:val="32"/>
        </w:rPr>
      </w:pPr>
      <w:r w:rsidRPr="00D2361E">
        <w:rPr>
          <w:rFonts w:ascii="Berlin Sans FB Demi" w:hAnsi="Berlin Sans FB Demi" w:cstheme="majorHAnsi"/>
          <w:b w:val="0"/>
          <w:bCs w:val="0"/>
          <w:sz w:val="32"/>
          <w:szCs w:val="32"/>
        </w:rPr>
        <w:lastRenderedPageBreak/>
        <w:t>TECHNICAL SKILLS</w:t>
      </w:r>
    </w:p>
    <w:p w14:paraId="3E888683" w14:textId="5CBC9E32" w:rsidR="00994FA2" w:rsidRDefault="00000000">
      <w:r>
        <w:t>Electrical System Installation and Maintenance</w:t>
      </w:r>
      <w:r>
        <w:br/>
        <w:t>• Electrical Wiring</w:t>
      </w:r>
      <w:r>
        <w:br/>
        <w:t>• Electrical Troubleshooting</w:t>
      </w:r>
      <w:r>
        <w:br/>
        <w:t>• Knowledge of Electrical Safety Standards and Procedures</w:t>
      </w:r>
      <w:r>
        <w:br/>
        <w:t xml:space="preserve">• </w:t>
      </w:r>
      <w:r w:rsidR="00B749A7">
        <w:t xml:space="preserve">Basic </w:t>
      </w:r>
      <w:r>
        <w:t>Knowledge of Fire Alarm Systems</w:t>
      </w:r>
      <w:r>
        <w:br/>
        <w:t>• Practical Knowledge of Fire Extinguishers</w:t>
      </w:r>
      <w:r>
        <w:br/>
        <w:t>• Basic Knowledge of Fire Hydrant Systems</w:t>
      </w:r>
      <w:r>
        <w:br/>
      </w:r>
      <w:r w:rsidRPr="00D94EC0">
        <w:rPr>
          <w:rFonts w:ascii="Berlin Sans FB" w:hAnsi="Berlin Sans FB"/>
          <w:color w:val="0F243E" w:themeColor="text2" w:themeShade="80"/>
          <w:sz w:val="32"/>
          <w:szCs w:val="32"/>
        </w:rPr>
        <w:br/>
        <w:t>Embedded Systems</w:t>
      </w:r>
      <w:r>
        <w:br/>
        <w:t xml:space="preserve">• Arduino Uno • Arduino Mega • </w:t>
      </w:r>
      <w:proofErr w:type="spellStart"/>
      <w:r w:rsidR="00D2361E">
        <w:t>Nodemcu</w:t>
      </w:r>
      <w:proofErr w:type="spellEnd"/>
      <w:r>
        <w:t xml:space="preserve"> •  • Arduino IDE</w:t>
      </w:r>
      <w:r>
        <w:br/>
      </w:r>
      <w:r w:rsidRPr="00D2361E">
        <w:rPr>
          <w:rFonts w:ascii="Berlin Sans FB" w:hAnsi="Berlin Sans FB"/>
          <w:sz w:val="32"/>
          <w:szCs w:val="32"/>
        </w:rPr>
        <w:br/>
      </w:r>
      <w:r w:rsidRPr="00D94EC0">
        <w:rPr>
          <w:rFonts w:ascii="Berlin Sans FB" w:hAnsi="Berlin Sans FB"/>
          <w:color w:val="365F91" w:themeColor="accent1" w:themeShade="BF"/>
          <w:sz w:val="32"/>
          <w:szCs w:val="32"/>
        </w:rPr>
        <w:t>Computer Skills</w:t>
      </w:r>
      <w:r>
        <w:br/>
        <w:t>• AutoCAD • Microsoft Word • Microsoft PowerPoint • Internet Browsing</w:t>
      </w:r>
      <w:r>
        <w:br/>
      </w:r>
      <w:r w:rsidRPr="00D2361E">
        <w:rPr>
          <w:rFonts w:ascii="Berlin Sans FB" w:hAnsi="Berlin Sans FB"/>
          <w:sz w:val="32"/>
          <w:szCs w:val="32"/>
        </w:rPr>
        <w:br/>
      </w:r>
      <w:r w:rsidRPr="00D94EC0">
        <w:rPr>
          <w:rFonts w:ascii="Berlin Sans FB" w:hAnsi="Berlin Sans FB"/>
          <w:color w:val="17365D" w:themeColor="text2" w:themeShade="BF"/>
          <w:sz w:val="32"/>
          <w:szCs w:val="32"/>
        </w:rPr>
        <w:t>Graphic Design</w:t>
      </w:r>
      <w:r w:rsidRPr="00D94EC0">
        <w:br/>
      </w:r>
      <w:r>
        <w:t>• Adobe Photoshop • Canva • Adobe Premiere Pro • Adobe After Effects</w:t>
      </w:r>
      <w:r>
        <w:br/>
        <w:t>• Social Media Design • Poster &amp; Flyer Design • Banner Design • Basic Logo Design • Video Editing • Basic Motion Graphics</w:t>
      </w:r>
      <w:r>
        <w:br/>
      </w:r>
      <w:r w:rsidRPr="00D2361E">
        <w:rPr>
          <w:rFonts w:ascii="Berlin Sans FB Demi" w:hAnsi="Berlin Sans FB Demi"/>
          <w:sz w:val="32"/>
          <w:szCs w:val="32"/>
        </w:rPr>
        <w:br/>
      </w:r>
      <w:r w:rsidRPr="00D94EC0">
        <w:rPr>
          <w:rFonts w:ascii="Berlin Sans FB Demi" w:hAnsi="Berlin Sans FB Demi"/>
          <w:color w:val="0F243E" w:themeColor="text2" w:themeShade="80"/>
          <w:sz w:val="32"/>
          <w:szCs w:val="32"/>
        </w:rPr>
        <w:t>Operating Systems</w:t>
      </w:r>
      <w:r>
        <w:br/>
        <w:t>• Windows XP/7/8/10/11</w:t>
      </w:r>
      <w:r>
        <w:br/>
        <w:t>• Basic Knowledge of Linux</w:t>
      </w:r>
    </w:p>
    <w:p w14:paraId="4F97E32C" w14:textId="77777777" w:rsidR="00B749A7" w:rsidRDefault="00B749A7"/>
    <w:p w14:paraId="169D37AB" w14:textId="77777777" w:rsidR="00994FA2" w:rsidRDefault="00000000">
      <w:pPr>
        <w:pStyle w:val="Heading2"/>
        <w:pBdr>
          <w:bottom w:val="single" w:sz="12" w:space="1" w:color="auto"/>
        </w:pBdr>
      </w:pPr>
      <w:r>
        <w:t>PROJECTS</w:t>
      </w:r>
    </w:p>
    <w:p w14:paraId="286D5A10" w14:textId="367D0E6C" w:rsidR="00994FA2" w:rsidRDefault="00000000">
      <w:r>
        <w:t xml:space="preserve">Self-learned Arduino programming during the COVID-19 pandemic and completed multiple practical projects using Arduino Uno, Arduino </w:t>
      </w:r>
      <w:r w:rsidR="00D2361E">
        <w:t xml:space="preserve">Mega, </w:t>
      </w:r>
      <w:r w:rsidR="00B749A7">
        <w:t>and.</w:t>
      </w:r>
      <w:r w:rsidR="00D94EC0">
        <w:t xml:space="preserve"> </w:t>
      </w:r>
      <w:r w:rsidR="00D2361E">
        <w:t>Node</w:t>
      </w:r>
      <w:r w:rsidR="00D94EC0">
        <w:t>MCU.</w:t>
      </w:r>
    </w:p>
    <w:p w14:paraId="66FF893C" w14:textId="77777777" w:rsidR="00D10251" w:rsidRDefault="00D10251">
      <w:pPr>
        <w:pStyle w:val="Heading2"/>
        <w:pBdr>
          <w:bottom w:val="single" w:sz="12" w:space="1" w:color="auto"/>
        </w:pBdr>
      </w:pPr>
    </w:p>
    <w:p w14:paraId="0624E179" w14:textId="5249744D" w:rsidR="00994FA2" w:rsidRDefault="00000000">
      <w:pPr>
        <w:pStyle w:val="Heading2"/>
        <w:pBdr>
          <w:bottom w:val="single" w:sz="12" w:space="1" w:color="auto"/>
        </w:pBdr>
      </w:pPr>
      <w:r>
        <w:t>PROFESSIONAL CERTIFICATIONS</w:t>
      </w:r>
    </w:p>
    <w:p w14:paraId="4FEA8146" w14:textId="77777777" w:rsidR="00994FA2" w:rsidRDefault="00000000">
      <w:r>
        <w:t>• Pre-Diploma in Electrical Engineering (CTVET)</w:t>
      </w:r>
      <w:r>
        <w:br/>
        <w:t>• National Skill Certificate in Building Electrician (NSTB)</w:t>
      </w:r>
      <w:r>
        <w:br/>
        <w:t>• National Skill Certificate in Mobile Phone Repair Technician (NSTB)</w:t>
      </w:r>
    </w:p>
    <w:p w14:paraId="4A3B9D4B" w14:textId="77777777" w:rsidR="00D10251" w:rsidRDefault="00D10251"/>
    <w:p w14:paraId="75BDD47B" w14:textId="77777777" w:rsidR="00D10251" w:rsidRDefault="00D10251"/>
    <w:p w14:paraId="696A5F9E" w14:textId="4511D6E9" w:rsidR="00D10251" w:rsidRDefault="00B749A7" w:rsidP="00D10251">
      <w:pPr>
        <w:pStyle w:val="Heading2"/>
        <w:pBdr>
          <w:bottom w:val="single" w:sz="12" w:space="1" w:color="auto"/>
        </w:pBdr>
      </w:pPr>
      <w:r w:rsidRPr="00B749A7">
        <w:lastRenderedPageBreak/>
        <w:t>DESIGN &amp; CREATIVE</w:t>
      </w:r>
      <w:r w:rsidR="00D10251">
        <w:t xml:space="preserve"> CERTIFICATIONS</w:t>
      </w:r>
    </w:p>
    <w:p w14:paraId="1E5B791E" w14:textId="3530F34A" w:rsidR="00D10251" w:rsidRPr="00D10251" w:rsidRDefault="00D10251" w:rsidP="00D10251">
      <w:pPr>
        <w:pStyle w:val="ListParagraph"/>
        <w:numPr>
          <w:ilvl w:val="0"/>
          <w:numId w:val="10"/>
        </w:numPr>
        <w:spacing w:after="0"/>
      </w:pPr>
      <w:r w:rsidRPr="00D10251">
        <w:t>Adobe Photoshop Certification – Code IT</w:t>
      </w:r>
      <w:r w:rsidR="00B749A7">
        <w:t xml:space="preserve"> (2026)</w:t>
      </w:r>
    </w:p>
    <w:p w14:paraId="30E319D3" w14:textId="02A741E1" w:rsidR="00D10251" w:rsidRDefault="00D10251" w:rsidP="00D10251">
      <w:pPr>
        <w:pStyle w:val="ListParagraph"/>
        <w:numPr>
          <w:ilvl w:val="0"/>
          <w:numId w:val="10"/>
        </w:numPr>
        <w:spacing w:after="0"/>
      </w:pPr>
      <w:r w:rsidRPr="00D10251">
        <w:t>Adobe After Effects &amp; Adobe Premiere Pro Certification – Learn Nepal Academy</w:t>
      </w:r>
      <w:r w:rsidR="00B749A7">
        <w:t xml:space="preserve"> (2026)</w:t>
      </w:r>
    </w:p>
    <w:p w14:paraId="5FD42A5F" w14:textId="77777777" w:rsidR="00D10251" w:rsidRDefault="00D10251"/>
    <w:p w14:paraId="3CF4321E" w14:textId="77777777" w:rsidR="00D94EC0" w:rsidRDefault="00D94EC0"/>
    <w:p w14:paraId="726E3B9C" w14:textId="77777777" w:rsidR="00994FA2" w:rsidRDefault="00000000">
      <w:pPr>
        <w:pStyle w:val="Heading2"/>
        <w:pBdr>
          <w:bottom w:val="single" w:sz="6" w:space="1" w:color="auto"/>
        </w:pBdr>
      </w:pPr>
      <w:r>
        <w:t>LANGUAGES</w:t>
      </w:r>
    </w:p>
    <w:p w14:paraId="09F1C011" w14:textId="77777777" w:rsidR="00994FA2" w:rsidRDefault="00000000">
      <w:r>
        <w:t>• Nepali (Native)</w:t>
      </w:r>
      <w:r>
        <w:br/>
        <w:t>• English (Basic Working Proficiency)</w:t>
      </w:r>
    </w:p>
    <w:p w14:paraId="3F3FDCD2" w14:textId="0F716083" w:rsidR="00994FA2" w:rsidRDefault="00994FA2"/>
    <w:p w14:paraId="6C35DBE4" w14:textId="77777777" w:rsidR="00B749A7" w:rsidRDefault="00B749A7"/>
    <w:p w14:paraId="17686F3A" w14:textId="77777777" w:rsidR="00B749A7" w:rsidRDefault="00B749A7"/>
    <w:p w14:paraId="6E07011E" w14:textId="77777777" w:rsidR="00B749A7" w:rsidRDefault="00B749A7"/>
    <w:p w14:paraId="57FE3DB4" w14:textId="77777777" w:rsidR="00B749A7" w:rsidRDefault="00B749A7"/>
    <w:sectPr w:rsidR="00B749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0E87E2D"/>
    <w:multiLevelType w:val="hybridMultilevel"/>
    <w:tmpl w:val="BDB8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870746">
    <w:abstractNumId w:val="8"/>
  </w:num>
  <w:num w:numId="2" w16cid:durableId="158036488">
    <w:abstractNumId w:val="6"/>
  </w:num>
  <w:num w:numId="3" w16cid:durableId="1777402108">
    <w:abstractNumId w:val="5"/>
  </w:num>
  <w:num w:numId="4" w16cid:durableId="1017392779">
    <w:abstractNumId w:val="4"/>
  </w:num>
  <w:num w:numId="5" w16cid:durableId="776371502">
    <w:abstractNumId w:val="7"/>
  </w:num>
  <w:num w:numId="6" w16cid:durableId="1705598496">
    <w:abstractNumId w:val="3"/>
  </w:num>
  <w:num w:numId="7" w16cid:durableId="2103334791">
    <w:abstractNumId w:val="2"/>
  </w:num>
  <w:num w:numId="8" w16cid:durableId="1184594164">
    <w:abstractNumId w:val="1"/>
  </w:num>
  <w:num w:numId="9" w16cid:durableId="38943419">
    <w:abstractNumId w:val="0"/>
  </w:num>
  <w:num w:numId="10" w16cid:durableId="410927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09A2"/>
    <w:rsid w:val="0029639D"/>
    <w:rsid w:val="00326F90"/>
    <w:rsid w:val="005B7800"/>
    <w:rsid w:val="00994FA2"/>
    <w:rsid w:val="00AA1D8D"/>
    <w:rsid w:val="00B47730"/>
    <w:rsid w:val="00B749A7"/>
    <w:rsid w:val="00CB0664"/>
    <w:rsid w:val="00D10251"/>
    <w:rsid w:val="00D2361E"/>
    <w:rsid w:val="00D94EC0"/>
    <w:rsid w:val="00FC2F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BF49B"/>
  <w14:defaultImageDpi w14:val="300"/>
  <w15:docId w15:val="{F4B43BA8-4ACC-4DF9-BD77-3922E166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CODEX</cp:lastModifiedBy>
  <cp:revision>3</cp:revision>
  <dcterms:created xsi:type="dcterms:W3CDTF">2013-12-23T23:15:00Z</dcterms:created>
  <dcterms:modified xsi:type="dcterms:W3CDTF">2026-07-26T07:39:00Z</dcterms:modified>
  <cp:category/>
</cp:coreProperties>
</file>